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14.08.2028 - 20.08.2028</w:t>
      </w:r>
    </w:p>
    <w:p>
      <w:r>
        <w:t>Неделя: 14.08.2028 - 20.08.2028</w:t>
      </w:r>
    </w:p>
    <w:p>
      <w:r>
        <w:t>Сформировано: 21.10.2026 13:03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14.08.2028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15.08.2028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Среда, 16.08.2028</w:t>
      </w:r>
    </w:p>
    <w:p>
      <w:r>
        <w:t>Среда</w:t>
      </w:r>
    </w:p>
    <w:p>
      <w:r>
        <w:t>06:30 — Божественная литургия. Лития.</w:t>
      </w:r>
    </w:p>
    <w:p>
      <w:r>
        <w:t>08:30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 Полиелей.</w:t>
      </w:r>
    </w:p>
    <w:p>
      <w:pPr>
        <w:pStyle w:val="Heading2"/>
      </w:pPr>
      <w:r>
        <w:t>Четверг, 17.08.2028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 Полиелей.</w:t>
      </w:r>
    </w:p>
    <w:p>
      <w:pPr>
        <w:pStyle w:val="Heading2"/>
      </w:pPr>
      <w:r>
        <w:t>Пятница, 18.08.2028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Суббота, 19.08.2028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Покаянный молебен для тех, кто совершил грех аборта.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20.08.2028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