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18.02.2030 - 24.02.2030</w:t>
      </w:r>
    </w:p>
    <w:p>
      <w:r>
        <w:t>Неделя: 18.02.2030 - 24.02.2030</w:t>
      </w:r>
    </w:p>
    <w:p>
      <w:r>
        <w:t>Сформировано: 25.10.2026 23:44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20.02.2030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