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20.12.2032 - 26.12.2032</w:t>
      </w:r>
    </w:p>
    <w:p>
      <w:r>
        <w:t>Неделя: 20.12.2032 - 26.12.2032</w:t>
      </w:r>
    </w:p>
    <w:p>
      <w:r>
        <w:t>Сформировано: 30.06.2026 06:43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20.12.2032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Вторник, 21.12.2032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Среда, 22.12.2032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 Полиелей.</w:t>
      </w:r>
    </w:p>
    <w:p>
      <w:pPr>
        <w:pStyle w:val="Heading2"/>
      </w:pPr>
      <w:r>
        <w:t>Четверг, 23.12.2032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24.12.2032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Суббота, 25.12.2032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pPr>
        <w:pStyle w:val="Heading2"/>
      </w:pPr>
      <w:r>
        <w:t>Воскресенье, 26.12.2032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