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01.08.2039 - 07.08.2039</w:t>
      </w:r>
    </w:p>
    <w:p>
      <w:pPr>
        <w:spacing w:after="320"/>
        <w:jc w:val="center"/>
      </w:pPr>
      <w:r>
        <w:rPr>
          <w:b/>
        </w:rPr>
        <w:t>С 1 по 7 августа 2039 г.</w:t>
      </w:r>
    </w:p>
    <w:p>
      <w:pPr>
        <w:pStyle w:val="Heading2"/>
      </w:pPr>
      <w:r>
        <w:t>Понедельник, 1 августа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Вторник, 2 августа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Среда, 3 августа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4 августа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Пятница, 5 августа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Суббота, 6 августа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Молебен о сохранении жизни наших воинов, подвизающихся на поле брани.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 | Статус: Отменено</w:t>
      </w:r>
    </w:p>
    <w:p>
      <w:pPr>
        <w:pStyle w:val="Heading2"/>
      </w:pPr>
      <w:r>
        <w:t>Воскресенье, 7 августа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