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21.11.2039 - 27.11.2039</w:t>
      </w:r>
    </w:p>
    <w:p>
      <w:pPr>
        <w:spacing w:after="320"/>
        <w:jc w:val="center"/>
      </w:pPr>
      <w:r>
        <w:rPr>
          <w:b/>
        </w:rPr>
        <w:t>С 21 по 27 ноября 2039 г.</w:t>
      </w:r>
    </w:p>
    <w:p>
      <w:pPr>
        <w:pStyle w:val="Heading2"/>
      </w:pPr>
      <w:r>
        <w:t>Понедельник, 21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