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05.03.2040 - 11.03.2040</w:t>
      </w:r>
    </w:p>
    <w:p>
      <w:r>
        <w:t>Неделя: 05.03.2040 - 11.03.2040</w:t>
      </w:r>
    </w:p>
    <w:p>
      <w:r>
        <w:t>Сформировано: 25.07.2026 20:45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05.03.2040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06.03.2040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07.03.2040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08.03.2040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09.03.2040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10.03.2040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11.03.2040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