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05.11.2040 - 11.11.2040</w:t>
      </w:r>
    </w:p>
    <w:p>
      <w:r>
        <w:t>Неделя: 05.11.2040 - 11.11.2040</w:t>
      </w:r>
    </w:p>
    <w:p>
      <w:r>
        <w:t>Сформировано: 28.07.2026 09:41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10.11.2040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