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22.04.2041 - 28.04.2041</w:t>
      </w:r>
    </w:p>
    <w:p>
      <w:r>
        <w:t>Неделя: 22.04.2041 - 28.04.2041</w:t>
      </w:r>
    </w:p>
    <w:p>
      <w:r>
        <w:t>Сформировано: 31.07.2026 04:09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22.04.2041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23.04.2041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24.04.2041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25.04.2041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26.04.2041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27.04.2041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28.04.2041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