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10.02.2042 - 16.02.2042</w:t>
      </w:r>
    </w:p>
    <w:p>
      <w:r>
        <w:t>Неделя: 10.02.2042 - 16.02.2042</w:t>
      </w:r>
    </w:p>
    <w:p>
      <w:r>
        <w:t>Сформировано: 02.08.2026 18:16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