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19.05.2042 - 25.05.2042</w:t>
      </w:r>
    </w:p>
    <w:p>
      <w:r>
        <w:t>Неделя: 19.05.2042 - 25.05.2042</w:t>
      </w:r>
    </w:p>
    <w:p>
      <w:r>
        <w:t>Сформировано: 03.08.2026 11:39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23.05.2042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