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23.09.2047 - 29.09.2047</w:t>
      </w:r>
    </w:p>
    <w:p>
      <w:r>
        <w:t>Неделя: 23.09.2047 - 29.09.2047</w:t>
      </w:r>
    </w:p>
    <w:p>
      <w:r>
        <w:t>Сформировано: 16.08.2026 22:46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