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22.06.2048 - 28.06.2048</w:t>
      </w:r>
    </w:p>
    <w:p>
      <w:r>
        <w:t>Неделя: 22.06.2048 - 28.06.2048</w:t>
      </w:r>
    </w:p>
    <w:p>
      <w:r>
        <w:t>Сформировано: 18.08.2026 20:40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24.06.2048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25.06.2048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26.06.2048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27.06.2048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28.06.2048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