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25.10.2049 - 31.10.2049</w:t>
      </w:r>
    </w:p>
    <w:p>
      <w:r>
        <w:t>Неделя: 25.10.2049 - 31.10.2049</w:t>
      </w:r>
    </w:p>
    <w:p>
      <w:r>
        <w:t>Сформировано: 22.08.2026 06:16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