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15.08.2050 - 21.08.2050</w:t>
      </w:r>
    </w:p>
    <w:p>
      <w:r>
        <w:t>Неделя: 15.08.2050 - 21.08.2050</w:t>
      </w:r>
    </w:p>
    <w:p>
      <w:r>
        <w:t>Сформировано: 24.08.2026 19:39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19.08.2050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