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28.08.2051 - 03.09.2051</w:t>
      </w:r>
    </w:p>
    <w:p>
      <w:r>
        <w:t>Неделя: 28.08.2051 - 03.09.2051</w:t>
      </w:r>
    </w:p>
    <w:p>
      <w:r>
        <w:t>Сформировано: 27.08.2026 04:00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28.08.2051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29.08.2051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30.08.2051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31.08.2051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бдение, Освещение хлебов</w:t>
      </w:r>
    </w:p>
    <w:p>
      <w:pPr>
        <w:pStyle w:val="Heading2"/>
      </w:pPr>
      <w:r>
        <w:t>Пятница, 01.09.2051</w:t>
      </w:r>
    </w:p>
    <w:p>
      <w:r>
        <w:t>Пятница</w:t>
      </w:r>
    </w:p>
    <w:p>
      <w:r>
        <w:t>06:30 — Божественная литургия. Лития.</w:t>
      </w:r>
    </w:p>
    <w:p>
      <w:r>
        <w:t>08:30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02.09.2051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03.09.2051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