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18.03.2052 - 24.03.2052</w:t>
      </w:r>
    </w:p>
    <w:p>
      <w:r>
        <w:t>Неделя: 18.03.2052 - 24.03.2052</w:t>
      </w:r>
    </w:p>
    <w:p>
      <w:r>
        <w:t>Сформировано: 28.08.2026 12:47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22.03.2052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