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24.06.2052 - 30.06.2052</w:t>
      </w:r>
    </w:p>
    <w:p>
      <w:r>
        <w:t>Неделя: 24.06.2052 - 30.06.2052</w:t>
      </w:r>
    </w:p>
    <w:p>
      <w:r>
        <w:t>Сформировано: 29.08.2026 05:41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24.06.2052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25.06.2052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26.06.2052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27.06.2052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Пятница, 28.06.2052</w:t>
      </w:r>
    </w:p>
    <w:p>
      <w:r>
        <w:t>Пятница</w:t>
      </w:r>
    </w:p>
    <w:p>
      <w:r>
        <w:t>06:30 — Божественная литургия. Лития.</w:t>
      </w:r>
    </w:p>
    <w:p>
      <w:r>
        <w:t>08:30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29.06.2052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30.06.2052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