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13.01.2053 - 19.01.2053</w:t>
      </w:r>
    </w:p>
    <w:p>
      <w:r>
        <w:t>Неделя: 13.01.2053 - 19.01.2053</w:t>
      </w:r>
    </w:p>
    <w:p>
      <w:r>
        <w:t>Сформировано: 30.08.2026 08:36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17.01.2053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