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22.12.2053 - 28.12.2053</w:t>
      </w:r>
    </w:p>
    <w:p>
      <w:r>
        <w:t>Неделя: 22.12.2053 - 28.12.2053</w:t>
      </w:r>
    </w:p>
    <w:p>
      <w:r>
        <w:t>Сформировано: 31.08.2026 21:36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