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16.02.2060 - 22.02.2060</w:t>
      </w:r>
    </w:p>
    <w:p>
      <w:r>
        <w:t>Неделя: 16.02.2060 - 22.02.2060</w:t>
      </w:r>
    </w:p>
    <w:p>
      <w:r>
        <w:t>Сформировано: 11.09.2026 17:35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16.02.2060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17.02.2060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18.02.2060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19.02.2060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20.02.2060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21.02.2060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22.02.2060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