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29.05.2062 - 04.06.2062</w:t>
      </w:r>
    </w:p>
    <w:p>
      <w:r>
        <w:t>Неделя: 29.05.2062 - 04.06.2062</w:t>
      </w:r>
    </w:p>
    <w:p>
      <w:r>
        <w:t>Сформировано: 15.09.2026 13:19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30.05.2062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01.06.2062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