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01.01.2063 - 07.01.2063</w:t>
      </w:r>
    </w:p>
    <w:p>
      <w:r>
        <w:t>Неделя: 01.01.2063 - 07.01.2063</w:t>
      </w:r>
    </w:p>
    <w:p>
      <w:r>
        <w:t>Сформировано: 15.09.2026 18:59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02.01.2063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04.01.2063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