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09.02.2065 - 15.02.2065</w:t>
      </w:r>
    </w:p>
    <w:p>
      <w:r>
        <w:t>Неделя: 09.02.2065 - 15.02.2065</w:t>
      </w:r>
    </w:p>
    <w:p>
      <w:r>
        <w:t>Сформировано: 17.09.2026 22:58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