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25.05.2065 - 31.05.2065</w:t>
      </w:r>
    </w:p>
    <w:p>
      <w:r>
        <w:t>Неделя: 25.05.2065 - 31.05.2065</w:t>
      </w:r>
    </w:p>
    <w:p>
      <w:r>
        <w:t>Сформировано: 18.09.2026 12:54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26.05.2065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28.05.2065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