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07.02.2067 - 13.02.2067</w:t>
      </w:r>
    </w:p>
    <w:p>
      <w:r>
        <w:t>Неделя: 07.02.2067 - 13.02.2067</w:t>
      </w:r>
    </w:p>
    <w:p>
      <w:r>
        <w:t>Сформировано: 22.09.2026 02:23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