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27.06.2067 - 03.07.2067</w:t>
      </w:r>
    </w:p>
    <w:p>
      <w:r>
        <w:t>Неделя: 27.06.2067 - 03.07.2067</w:t>
      </w:r>
    </w:p>
    <w:p>
      <w:r>
        <w:t>Сформировано: 22.09.2026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