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31.12.2068 - 06.01.2069</w:t>
      </w:r>
    </w:p>
    <w:p>
      <w:r>
        <w:t>Неделя: 31.12.2068 - 06.01.2069</w:t>
      </w:r>
    </w:p>
    <w:p>
      <w:r>
        <w:t>Сформировано: 26.09.2026 17:12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02.01.2069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