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04.02.2069 - 10.02.2069</w:t>
      </w:r>
    </w:p>
    <w:p>
      <w:r>
        <w:t>Неделя: 04.02.2069 - 10.02.2069</w:t>
      </w:r>
    </w:p>
    <w:p>
      <w:r>
        <w:t>Сформировано: 26.09.2026 21:56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06.02.2069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