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28.07.2070 - 03.08.2070</w:t>
      </w:r>
    </w:p>
    <w:p>
      <w:r>
        <w:t>Неделя: 28.07.2070 - 03.08.2070</w:t>
      </w:r>
    </w:p>
    <w:p>
      <w:r>
        <w:t>Сформировано: 30.09.2026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