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25.12.2073 - 31.12.2073</w:t>
      </w:r>
    </w:p>
    <w:p>
      <w:r>
        <w:t>Неделя: 25.12.2073 - 31.12.2073</w:t>
      </w:r>
    </w:p>
    <w:p>
      <w:r>
        <w:t>Сформировано: 08.10.2026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