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04.03.2075 - 10.03.2075</w:t>
      </w:r>
    </w:p>
    <w:p>
      <w:r>
        <w:t>Неделя: 04.03.2075 - 10.03.2075</w:t>
      </w:r>
    </w:p>
    <w:p>
      <w:r>
        <w:t>Сформировано: 10.10.2026 16:50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