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06.04.2076 - 12.04.2076</w:t>
      </w:r>
    </w:p>
    <w:p>
      <w:r>
        <w:t>Неделя: 06.04.2076 - 12.04.2076</w:t>
      </w:r>
    </w:p>
    <w:p>
      <w:r>
        <w:t>Сформировано: 13.10.2026 02:00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08.04.2076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