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15.06.2076 - 21.06.2076</w:t>
      </w:r>
    </w:p>
    <w:p>
      <w:r>
        <w:t>Неделя: 15.06.2076 - 21.06.2076</w:t>
      </w:r>
    </w:p>
    <w:p>
      <w:r>
        <w:t>Сформировано: 13.10.2026 13:03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17.06.2076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18.06.2076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20.06.2076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