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21.06.2077 - 27.06.2077</w:t>
      </w:r>
    </w:p>
    <w:p>
      <w:r>
        <w:t>Неделя: 21.06.2077 - 27.06.2077</w:t>
      </w:r>
    </w:p>
    <w:p>
      <w:r>
        <w:t>Сформировано: 16.10.2026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23.06.2077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