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27.12.2077 - 02.01.2078</w:t>
      </w:r>
    </w:p>
    <w:p>
      <w:r>
        <w:t>Неделя: 27.12.2077 - 02.01.2078</w:t>
      </w:r>
    </w:p>
    <w:p>
      <w:r>
        <w:t>Сформировано: 17.10.2026 23:59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29.12.2077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