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20.06.2078 - 26.06.2078</w:t>
      </w:r>
    </w:p>
    <w:p>
      <w:r>
        <w:t>Неделя: 20.06.2078 - 26.06.2078</w:t>
      </w:r>
    </w:p>
    <w:p>
      <w:r>
        <w:t>Сформировано: 19.10.2026 00:20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