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07.04.2081 - 13.04.2081</w:t>
      </w:r>
    </w:p>
    <w:p>
      <w:r>
        <w:t>Неделя: 07.04.2081 - 13.04.2081</w:t>
      </w:r>
    </w:p>
    <w:p>
      <w:r>
        <w:t>Сформировано: 26.10.2026 13:13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