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02.06.2081 - 08.06.2081</w:t>
      </w:r>
    </w:p>
    <w:p>
      <w:r>
        <w:t>Неделя: 02.06.2081 - 08.06.2081</w:t>
      </w:r>
    </w:p>
    <w:p>
      <w:r>
        <w:t>Сформировано: 26.10.2026 20:52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