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13.10.2081 - 19.10.2081</w:t>
      </w:r>
    </w:p>
    <w:p>
      <w:r>
        <w:t>Неделя: 13.10.2081 - 19.10.2081</w:t>
      </w:r>
    </w:p>
    <w:p>
      <w:r>
        <w:t>Сформировано: 28.10.2026 04:59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13.10.2081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14.10.2081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