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08.12.2081 - 14.12.2081</w:t>
      </w:r>
    </w:p>
    <w:p>
      <w:r>
        <w:t>Неделя: 08.12.2081 - 14.12.2081</w:t>
      </w:r>
    </w:p>
    <w:p>
      <w:r>
        <w:t>Сформировано: 29.10.2026 13:30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