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20.07.2082 - 26.07.2082</w:t>
      </w:r>
    </w:p>
    <w:p>
      <w:r>
        <w:t>Неделя: 20.07.2082 - 26.07.2082</w:t>
      </w:r>
    </w:p>
    <w:p>
      <w:r>
        <w:t>Сформировано: 31.10.2026 14:59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22.07.2082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23.07.2082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24.07.2082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25.07.2082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