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27.11.2084 - 03.12.2084</w:t>
      </w:r>
    </w:p>
    <w:p>
      <w:r>
        <w:t>Неделя: 27.11.2084 - 03.12.2084</w:t>
      </w:r>
    </w:p>
    <w:p>
      <w:r>
        <w:t>Сформировано: 04.11.2026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02.12.2084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