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02.04.2085 - 08.04.2085</w:t>
      </w:r>
    </w:p>
    <w:p>
      <w:r>
        <w:t>Неделя: 02.04.2085 - 08.04.2085</w:t>
      </w:r>
    </w:p>
    <w:p>
      <w:r>
        <w:t>Сформировано: 07.11.2026 03:15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02.04.2085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03.04.2085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Всенощное бдение, Освещение хлебов</w:t>
      </w:r>
    </w:p>
    <w:p>
      <w:pPr>
        <w:pStyle w:val="Heading2"/>
      </w:pPr>
      <w:r>
        <w:t>Среда, 04.04.2085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05.04.2085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Пятница, 06.04.2085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Парастас</w:t>
      </w:r>
    </w:p>
    <w:p>
      <w:pPr>
        <w:pStyle w:val="Heading2"/>
      </w:pPr>
      <w:r>
        <w:t>Суббота, 07.04.2085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Покаянный молебен для тех, кто совершил грех аборта.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08.04.2085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