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22.09.2087 - 28.09.2087</w:t>
      </w:r>
    </w:p>
    <w:p>
      <w:pPr>
        <w:spacing w:after="320"/>
        <w:jc w:val="center"/>
      </w:pPr>
      <w:r>
        <w:rPr>
          <w:b/>
        </w:rPr>
        <w:t>С 22 по 28 сентября 2087 г.</w:t>
      </w:r>
    </w:p>
    <w:p>
      <w:pPr>
        <w:pStyle w:val="Heading2"/>
      </w:pPr>
      <w:r>
        <w:t>Понедельник, 22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